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rFonts w:ascii="Times New Roman" w:hAnsi="Times New Roman" w:eastAsia="游明朝"/>
          <w:b/>
          <w:sz w:val="36"/>
        </w:rPr>
        <w:t>論文題目をここに記入</w:t>
      </w:r>
    </w:p>
    <w:p>
      <w:pPr>
        <w:jc w:val="center"/>
      </w:pPr>
      <w:r>
        <w:rPr>
          <w:rFonts w:ascii="Times New Roman" w:hAnsi="Times New Roman" w:eastAsia="游明朝"/>
          <w:b w:val="0"/>
          <w:sz w:val="24"/>
        </w:rPr>
        <w:t>——副題がある場合はここに記入——</w:t>
      </w:r>
    </w:p>
    <w:p/>
    <w:p/>
    <w:p/>
    <w:p/>
    <w:p/>
    <w:p/>
    <w:p/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252"/>
        <w:gridCol w:w="4252"/>
      </w:tblGrid>
      <w:tr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学籍番号</w:t>
            </w:r>
          </w:p>
        </w:tc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＿＿＿＿＿＿＿＿＿＿＿＿＿＿＿＿</w:t>
            </w:r>
          </w:p>
        </w:tc>
      </w:tr>
      <w:tr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氏名</w:t>
            </w:r>
          </w:p>
        </w:tc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＿＿＿＿＿＿＿＿＿＿＿＿＿＿＿＿</w:t>
            </w:r>
          </w:p>
        </w:tc>
      </w:tr>
      <w:tr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指導教員氏名</w:t>
            </w:r>
          </w:p>
        </w:tc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＿＿＿＿＿＿＿＿＿＿＿＿＿＿＿＿</w:t>
            </w:r>
          </w:p>
        </w:tc>
      </w:tr>
      <w:tr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学部・学科</w:t>
            </w:r>
          </w:p>
        </w:tc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＿＿＿＿＿＿＿＿＿＿＿＿＿＿＿＿</w:t>
            </w:r>
          </w:p>
        </w:tc>
      </w:tr>
      <w:tr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卒業年度（または提出年月日）</w:t>
            </w:r>
          </w:p>
        </w:tc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Times New Roman" w:hAnsi="Times New Roman" w:eastAsia="游明朝"/>
                <w:b w:val="0"/>
                <w:sz w:val="24"/>
              </w:rPr>
              <w:t>＿＿＿＿＿＿＿＿＿＿＿＿＿＿＿＿</w:t>
            </w:r>
          </w:p>
        </w:tc>
      </w:tr>
    </w:tbl>
    <w:p>
      <w:pPr>
        <w:spacing w:before="480"/>
      </w:pPr>
      <w:r>
        <w:rPr>
          <w:rFonts w:ascii="Times New Roman" w:hAnsi="Times New Roman" w:eastAsia="游明朝"/>
          <w:b w:val="0"/>
          <w:sz w:val="16"/>
        </w:rPr>
        <w:t>※ 表紙にページ番号は入れません。大学の配布様式がある場合はそちらを優先してください。｜mojicheck.com/sotsuron-hyoushi</w:t>
      </w:r>
    </w:p>
    <w:sectPr w:rsidR="00FC693F" w:rsidRPr="0006063C" w:rsidSect="00034616">
      <w:pgSz w:w="11906" w:h="16838"/>
      <w:pgMar w:top="1701" w:right="1417" w:bottom="1701" w:left="19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